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0" w:type="dxa"/>
          <w:bottom w:w="0" w:type="dxa"/>
          <w:start w:w="60" w:type="dxa"/>
          <w:end w:w="60" w:type="dxa"/>
          <w:left w:w="60" w:type="dxa"/>
          <w:right w:w="60" w:type="dxa"/>
        </w:tblCellMar>
      </w:tblPr>
      <w:tblGrid>
        <w:gridCol w:w="7198"/>
        <w:gridCol w:w="3119"/>
      </w:tblGrid>
      <w:tr>
        <w:tc>
          <w:tcPr>
            <w:tcW w:type="dxa" w:w="7198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  <w:vAlign w:val="center"/>
            <w:vAlign w:val="bottom"/>
          </w:tcPr>
          <w:p>
            <w:pPr>
              <w:jc w:val="left"/>
            </w:pPr>
            <w:r>
              <w:rPr>
                <w:rFonts w:ascii="Calibri" w:hAnsi="Calibri" w:cs="Calibri" w:eastAsia="Calibri"/>
                <w:b/>
                <w:color w:val="2F4071"/>
                <w:sz w:val="36"/>
              </w:rPr>
              <w:t>Foaie de pontaj lunară</w:t>
            </w:r>
          </w:p>
        </w:tc>
        <w:tc>
          <w:tcPr>
            <w:tcW w:type="dxa" w:w="3119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  <w:vAlign w:val="center"/>
            <w:vAlign w:val="bottom"/>
          </w:tcPr>
          <w:p>
            <w:pPr>
              <w:jc w:val="right"/>
            </w:pPr>
            <w:r>
              <w:rPr>
                <w:rFonts w:ascii="Calibri" w:hAnsi="Calibri" w:cs="Calibri" w:eastAsia="Calibri"/>
                <w:b w:val="0"/>
                <w:color w:val="98A2B3"/>
                <w:sz w:val="20"/>
              </w:rPr>
              <w:t>Luna / Anul  ________________</w:t>
            </w:r>
          </w:p>
        </w:tc>
      </w:tr>
    </w:tbl>
    <w:p>
      <w:pPr>
        <w:spacing w:before="80"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0" w:type="dxa"/>
          <w:bottom w:w="0" w:type="dxa"/>
          <w:start w:w="60" w:type="dxa"/>
          <w:end w:w="60" w:type="dxa"/>
          <w:left w:w="60" w:type="dxa"/>
          <w:right w:w="60" w:type="dxa"/>
        </w:tblCellMar>
        <w:tblCellMar>
          <w:top w:w="0" w:type="dxa"/>
          <w:bottom w:w="0" w:type="dxa"/>
          <w:start w:w="0" w:type="dxa"/>
          <w:end w:w="0" w:type="dxa"/>
          <w:left w:w="0" w:type="dxa"/>
          <w:right w:w="0" w:type="dxa"/>
        </w:tblCellMar>
      </w:tblPr>
      <w:tblGrid>
        <w:gridCol w:w="4866"/>
        <w:gridCol w:w="584"/>
        <w:gridCol w:w="4866"/>
      </w:tblGrid>
      <w:tr>
        <w:trPr>
          <w:trHeight w:val="238" w:hRule="exact"/>
        </w:trPr>
        <w:tc>
          <w:tcPr>
            <w:tcW w:type="dxa" w:w="4867"/>
            <w:vAlign w:val="center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</w:tcPr>
          <w:p>
            <w:pPr>
              <w:jc w:val="left"/>
            </w:pPr>
            <w:r>
              <w:rPr>
                <w:rFonts w:ascii="Calibri" w:hAnsi="Calibri" w:cs="Calibri" w:eastAsia="Calibri"/>
                <w:b w:val="0"/>
                <w:color w:val="667085"/>
                <w:sz w:val="15"/>
              </w:rPr>
              <w:t>Angajat</w:t>
            </w:r>
          </w:p>
        </w:tc>
        <w:tc>
          <w:tcPr>
            <w:tcW w:type="dxa" w:w="584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</w:tcPr>
          <w:p/>
        </w:tc>
        <w:tc>
          <w:tcPr>
            <w:tcW w:type="dxa" w:w="4867"/>
            <w:vAlign w:val="center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</w:tcPr>
          <w:p>
            <w:pPr>
              <w:jc w:val="left"/>
            </w:pPr>
            <w:r>
              <w:rPr>
                <w:rFonts w:ascii="Calibri" w:hAnsi="Calibri" w:cs="Calibri" w:eastAsia="Calibri"/>
                <w:b w:val="0"/>
                <w:color w:val="667085"/>
                <w:sz w:val="15"/>
              </w:rPr>
              <w:t>Firmă / șantier</w:t>
            </w:r>
          </w:p>
        </w:tc>
      </w:tr>
      <w:tr>
        <w:trPr>
          <w:trHeight w:val="340" w:hRule="exact"/>
        </w:trPr>
        <w:tc>
          <w:tcPr>
            <w:tcW w:type="dxa" w:w="4867"/>
            <w:tcBorders>
              <w:top w:val="nil"/>
              <w:start w:val="nil"/>
              <w:left w:val="nil"/>
              <w:bottom w:val="single" w:sz="6" w:color="AAB4C8"/>
              <w:end w:val="nil"/>
              <w:right w:val="nil"/>
            </w:tcBorders>
          </w:tcPr>
          <w:p/>
        </w:tc>
        <w:tc>
          <w:tcPr>
            <w:tcW w:type="dxa" w:w="584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</w:tcPr>
          <w:p/>
        </w:tc>
        <w:tc>
          <w:tcPr>
            <w:tcW w:type="dxa" w:w="4867"/>
            <w:tcBorders>
              <w:top w:val="nil"/>
              <w:start w:val="nil"/>
              <w:left w:val="nil"/>
              <w:bottom w:val="single" w:sz="6" w:color="AAB4C8"/>
              <w:end w:val="nil"/>
              <w:right w:val="nil"/>
            </w:tcBorders>
          </w:tcPr>
          <w:p/>
        </w:tc>
      </w:tr>
    </w:tbl>
    <w:p>
      <w:pPr>
        <w:spacing w:before="80"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0" w:type="dxa"/>
          <w:bottom w:w="0" w:type="dxa"/>
          <w:start w:w="60" w:type="dxa"/>
          <w:end w:w="60" w:type="dxa"/>
          <w:left w:w="60" w:type="dxa"/>
          <w:right w:w="60" w:type="dxa"/>
        </w:tblCellMar>
      </w:tblPr>
      <w:tblGrid>
        <w:gridCol w:w="715"/>
        <w:gridCol w:w="817"/>
        <w:gridCol w:w="1123"/>
        <w:gridCol w:w="1736"/>
        <w:gridCol w:w="1123"/>
        <w:gridCol w:w="1736"/>
        <w:gridCol w:w="817"/>
        <w:gridCol w:w="817"/>
        <w:gridCol w:w="1430"/>
      </w:tblGrid>
      <w:tr>
        <w:trPr>
          <w:trHeight w:val="510" w:hRule="exact"/>
        </w:trPr>
        <w:tc>
          <w:tcPr>
            <w:tcW w:type="dxa" w:w="715"/>
            <w:shd w:val="clear" w:color="auto" w:fill="2F4071"/>
            <w:tcBorders>
              <w:top w:val="single" w:sz="4" w:color="2F4071"/>
              <w:start w:val="single" w:sz="4" w:color="2F4071"/>
              <w:left w:val="single" w:sz="4" w:color="2F4071"/>
              <w:bottom w:val="single" w:sz="4" w:color="2F4071"/>
              <w:end w:val="single" w:sz="4" w:color="4A5A8A"/>
              <w:right w:val="single" w:sz="4" w:color="4A5A8A"/>
            </w:tcBorders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FFFFFF"/>
                <w:sz w:val="15"/>
              </w:rPr>
              <w:t>Data</w:t>
            </w:r>
          </w:p>
        </w:tc>
        <w:tc>
          <w:tcPr>
            <w:tcW w:type="dxa" w:w="817"/>
            <w:shd w:val="clear" w:color="auto" w:fill="2F4071"/>
            <w:tcBorders>
              <w:top w:val="single" w:sz="4" w:color="2F4071"/>
              <w:start w:val="single" w:sz="4" w:color="2F4071"/>
              <w:left w:val="single" w:sz="4" w:color="2F4071"/>
              <w:bottom w:val="single" w:sz="4" w:color="2F4071"/>
              <w:end w:val="single" w:sz="4" w:color="4A5A8A"/>
              <w:right w:val="single" w:sz="4" w:color="4A5A8A"/>
            </w:tcBorders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FFFFFF"/>
                <w:sz w:val="15"/>
              </w:rPr>
              <w:t>Ziua</w:t>
            </w:r>
          </w:p>
        </w:tc>
        <w:tc>
          <w:tcPr>
            <w:tcW w:type="dxa" w:w="1124"/>
            <w:shd w:val="clear" w:color="auto" w:fill="2F4071"/>
            <w:tcBorders>
              <w:top w:val="single" w:sz="4" w:color="2F4071"/>
              <w:start w:val="single" w:sz="4" w:color="2F4071"/>
              <w:left w:val="single" w:sz="4" w:color="2F4071"/>
              <w:bottom w:val="single" w:sz="4" w:color="2F4071"/>
              <w:end w:val="single" w:sz="4" w:color="4A5A8A"/>
              <w:right w:val="single" w:sz="4" w:color="4A5A8A"/>
            </w:tcBorders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FFFFFF"/>
                <w:sz w:val="15"/>
              </w:rPr>
              <w:t>Sosire</w:t>
            </w:r>
          </w:p>
        </w:tc>
        <w:tc>
          <w:tcPr>
            <w:tcW w:type="dxa" w:w="1737"/>
            <w:shd w:val="clear" w:color="auto" w:fill="2F4071"/>
            <w:tcBorders>
              <w:top w:val="single" w:sz="4" w:color="2F4071"/>
              <w:start w:val="single" w:sz="4" w:color="2F4071"/>
              <w:left w:val="single" w:sz="4" w:color="2F4071"/>
              <w:bottom w:val="single" w:sz="4" w:color="2F4071"/>
              <w:end w:val="single" w:sz="4" w:color="4A5A8A"/>
              <w:right w:val="single" w:sz="4" w:color="4A5A8A"/>
            </w:tcBorders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FFFFFF"/>
                <w:sz w:val="15"/>
              </w:rPr>
              <w:t>Semnătură</w:t>
            </w:r>
          </w:p>
        </w:tc>
        <w:tc>
          <w:tcPr>
            <w:tcW w:type="dxa" w:w="1124"/>
            <w:shd w:val="clear" w:color="auto" w:fill="2F4071"/>
            <w:tcBorders>
              <w:top w:val="single" w:sz="4" w:color="2F4071"/>
              <w:start w:val="single" w:sz="4" w:color="2F4071"/>
              <w:left w:val="single" w:sz="4" w:color="2F4071"/>
              <w:bottom w:val="single" w:sz="4" w:color="2F4071"/>
              <w:end w:val="single" w:sz="4" w:color="4A5A8A"/>
              <w:right w:val="single" w:sz="4" w:color="4A5A8A"/>
            </w:tcBorders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FFFFFF"/>
                <w:sz w:val="15"/>
              </w:rPr>
              <w:t>Plecare</w:t>
            </w:r>
          </w:p>
        </w:tc>
        <w:tc>
          <w:tcPr>
            <w:tcW w:type="dxa" w:w="1737"/>
            <w:shd w:val="clear" w:color="auto" w:fill="2F4071"/>
            <w:tcBorders>
              <w:top w:val="single" w:sz="4" w:color="2F4071"/>
              <w:start w:val="single" w:sz="4" w:color="2F4071"/>
              <w:left w:val="single" w:sz="4" w:color="2F4071"/>
              <w:bottom w:val="single" w:sz="4" w:color="2F4071"/>
              <w:end w:val="single" w:sz="4" w:color="4A5A8A"/>
              <w:right w:val="single" w:sz="4" w:color="4A5A8A"/>
            </w:tcBorders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FFFFFF"/>
                <w:sz w:val="15"/>
              </w:rPr>
              <w:t>Semnătură</w:t>
            </w:r>
          </w:p>
        </w:tc>
        <w:tc>
          <w:tcPr>
            <w:tcW w:type="dxa" w:w="817"/>
            <w:shd w:val="clear" w:color="auto" w:fill="2F4071"/>
            <w:tcBorders>
              <w:top w:val="single" w:sz="4" w:color="2F4071"/>
              <w:start w:val="single" w:sz="4" w:color="2F4071"/>
              <w:left w:val="single" w:sz="4" w:color="2F4071"/>
              <w:bottom w:val="single" w:sz="4" w:color="2F4071"/>
              <w:end w:val="single" w:sz="4" w:color="4A5A8A"/>
              <w:right w:val="single" w:sz="4" w:color="4A5A8A"/>
            </w:tcBorders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FFFFFF"/>
                <w:sz w:val="15"/>
              </w:rPr>
              <w:t>Pauză (min)</w:t>
            </w:r>
          </w:p>
        </w:tc>
        <w:tc>
          <w:tcPr>
            <w:tcW w:type="dxa" w:w="817"/>
            <w:shd w:val="clear" w:color="auto" w:fill="2F4071"/>
            <w:tcBorders>
              <w:top w:val="single" w:sz="4" w:color="2F4071"/>
              <w:start w:val="single" w:sz="4" w:color="2F4071"/>
              <w:left w:val="single" w:sz="4" w:color="2F4071"/>
              <w:bottom w:val="single" w:sz="4" w:color="2F4071"/>
              <w:end w:val="single" w:sz="4" w:color="4A5A8A"/>
              <w:right w:val="single" w:sz="4" w:color="4A5A8A"/>
            </w:tcBorders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FFFFFF"/>
                <w:sz w:val="15"/>
              </w:rPr>
              <w:t>Ore</w:t>
            </w:r>
          </w:p>
        </w:tc>
        <w:tc>
          <w:tcPr>
            <w:tcW w:type="dxa" w:w="1430"/>
            <w:shd w:val="clear" w:color="auto" w:fill="2F4071"/>
            <w:tcBorders>
              <w:top w:val="single" w:sz="4" w:color="2F4071"/>
              <w:start w:val="single" w:sz="4" w:color="2F4071"/>
              <w:left w:val="single" w:sz="4" w:color="2F4071"/>
              <w:bottom w:val="single" w:sz="4" w:color="2F4071"/>
              <w:end w:val="single" w:sz="4" w:color="4A5A8A"/>
              <w:right w:val="single" w:sz="4" w:color="4A5A8A"/>
            </w:tcBorders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FFFFFF"/>
                <w:sz w:val="15"/>
              </w:rPr>
              <w:t>Observații</w:t>
            </w:r>
          </w:p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1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2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3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4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5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6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7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8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9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10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11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12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13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14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15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16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17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18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19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20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21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22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23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24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25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26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27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28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29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30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31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454" w:hRule="exact"/>
        </w:trPr>
        <w:tc>
          <w:tcPr>
            <w:tcW w:type="dxa" w:w="8071"/>
            <w:gridSpan w:val="7"/>
            <w:shd w:val="clear" w:color="auto" w:fill="EEF1F8"/>
            <w:tcBorders>
              <w:top w:val="single" w:sz="12" w:color="2F4071"/>
              <w:start w:val="nil"/>
              <w:left w:val="nil"/>
              <w:bottom w:val="single" w:sz="4" w:color="D2D8E3"/>
              <w:end w:val="nil"/>
              <w:right w:val="nil"/>
            </w:tcBorders>
            <w:shd w:val="clear" w:color="auto" w:fill="EEF1F8"/>
            <w:tcBorders>
              <w:top w:val="single" w:sz="12" w:color="2F4071"/>
              <w:start w:val="nil"/>
              <w:left w:val="nil"/>
              <w:bottom w:val="single" w:sz="4" w:color="D2D8E3"/>
              <w:end w:val="nil"/>
              <w:right w:val="nil"/>
            </w:tcBorders>
            <w:shd w:val="clear" w:color="auto" w:fill="EEF1F8"/>
            <w:tcBorders>
              <w:top w:val="single" w:sz="12" w:color="2F4071"/>
              <w:start w:val="nil"/>
              <w:left w:val="nil"/>
              <w:bottom w:val="single" w:sz="4" w:color="D2D8E3"/>
              <w:end w:val="nil"/>
              <w:right w:val="nil"/>
            </w:tcBorders>
            <w:shd w:val="clear" w:color="auto" w:fill="EEF1F8"/>
            <w:tcBorders>
              <w:top w:val="single" w:sz="12" w:color="2F4071"/>
              <w:start w:val="nil"/>
              <w:left w:val="nil"/>
              <w:bottom w:val="single" w:sz="4" w:color="D2D8E3"/>
              <w:end w:val="nil"/>
              <w:right w:val="nil"/>
            </w:tcBorders>
            <w:shd w:val="clear" w:color="auto" w:fill="EEF1F8"/>
            <w:tcBorders>
              <w:top w:val="single" w:sz="12" w:color="2F4071"/>
              <w:start w:val="nil"/>
              <w:left w:val="nil"/>
              <w:bottom w:val="single" w:sz="4" w:color="D2D8E3"/>
              <w:end w:val="nil"/>
              <w:right w:val="nil"/>
            </w:tcBorders>
            <w:shd w:val="clear" w:color="auto" w:fill="EEF1F8"/>
            <w:tcBorders>
              <w:top w:val="single" w:sz="12" w:color="2F4071"/>
              <w:start w:val="nil"/>
              <w:left w:val="nil"/>
              <w:bottom w:val="single" w:sz="4" w:color="D2D8E3"/>
              <w:end w:val="nil"/>
              <w:right w:val="nil"/>
            </w:tcBorders>
            <w:shd w:val="clear" w:color="auto" w:fill="EEF1F8"/>
            <w:tcBorders>
              <w:top w:val="single" w:sz="12" w:color="2F4071"/>
              <w:start w:val="nil"/>
              <w:left w:val="nil"/>
              <w:bottom w:val="single" w:sz="4" w:color="D2D8E3"/>
              <w:end w:val="nil"/>
              <w:right w:val="nil"/>
            </w:tcBorders>
            <w:vAlign w:val="center"/>
          </w:tcPr>
          <w:p>
            <w:pPr>
              <w:jc w:val="right"/>
            </w:pPr>
            <w:r>
              <w:rPr>
                <w:rFonts w:ascii="Calibri" w:hAnsi="Calibri" w:cs="Calibri" w:eastAsia="Calibri"/>
                <w:b/>
                <w:color w:val="2F4071"/>
                <w:sz w:val="19"/>
              </w:rPr>
              <w:t>Total ore</w:t>
            </w:r>
          </w:p>
        </w:tc>
        <w:tc>
          <w:tcPr>
            <w:tcW w:type="dxa" w:w="817"/>
            <w:shd w:val="clear" w:color="auto" w:fill="EEF1F8"/>
            <w:tcBorders>
              <w:top w:val="single" w:sz="12" w:color="2F4071"/>
              <w:start w:val="nil"/>
              <w:left w:val="nil"/>
              <w:bottom w:val="single" w:sz="4" w:color="D2D8E3"/>
              <w:end w:val="nil"/>
              <w:right w:val="nil"/>
            </w:tcBorders>
          </w:tcPr>
          <w:p/>
        </w:tc>
        <w:tc>
          <w:tcPr>
            <w:tcW w:type="dxa" w:w="1430"/>
            <w:shd w:val="clear" w:color="auto" w:fill="EEF1F8"/>
            <w:tcBorders>
              <w:top w:val="single" w:sz="12" w:color="2F4071"/>
              <w:start w:val="nil"/>
              <w:left w:val="nil"/>
              <w:bottom w:val="single" w:sz="4" w:color="D2D8E3"/>
              <w:end w:val="nil"/>
              <w:right w:val="nil"/>
            </w:tcBorders>
          </w:tcPr>
          <w:p/>
        </w:tc>
      </w:tr>
    </w:tbl>
    <w:p>
      <w:pPr>
        <w:spacing w:before="160"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0" w:type="dxa"/>
          <w:bottom w:w="0" w:type="dxa"/>
          <w:start w:w="60" w:type="dxa"/>
          <w:end w:w="60" w:type="dxa"/>
          <w:left w:w="60" w:type="dxa"/>
          <w:right w:w="60" w:type="dxa"/>
        </w:tblCellMar>
      </w:tblPr>
      <w:tblGrid>
        <w:gridCol w:w="4585"/>
        <w:gridCol w:w="1146"/>
        <w:gridCol w:w="4585"/>
      </w:tblGrid>
      <w:tr>
        <w:trPr>
          <w:trHeight w:val="510" w:hRule="exact"/>
        </w:trPr>
        <w:tc>
          <w:tcPr>
            <w:tcW w:type="dxa" w:w="4586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  <w:tcBorders>
              <w:top w:val="nil"/>
              <w:start w:val="nil"/>
              <w:left w:val="nil"/>
              <w:bottom w:val="single" w:sz="6" w:color="1B2238"/>
              <w:end w:val="nil"/>
              <w:right w:val="nil"/>
            </w:tcBorders>
          </w:tcPr>
          <w:p/>
        </w:tc>
        <w:tc>
          <w:tcPr>
            <w:tcW w:type="dxa" w:w="1146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</w:tcPr>
          <w:p/>
        </w:tc>
        <w:tc>
          <w:tcPr>
            <w:tcW w:type="dxa" w:w="4586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  <w:tcBorders>
              <w:top w:val="nil"/>
              <w:start w:val="nil"/>
              <w:left w:val="nil"/>
              <w:bottom w:val="single" w:sz="6" w:color="1B2238"/>
              <w:end w:val="nil"/>
              <w:right w:val="nil"/>
            </w:tcBorders>
          </w:tcPr>
          <w:p/>
        </w:tc>
      </w:tr>
      <w:tr>
        <w:tc>
          <w:tcPr>
            <w:tcW w:type="dxa" w:w="4586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  <w:vAlign w:val="center"/>
            <w:vAlign w:val="top"/>
          </w:tcPr>
          <w:p>
            <w:pPr>
              <w:jc w:val="left"/>
            </w:pPr>
            <w:r>
              <w:rPr>
                <w:rFonts w:ascii="Calibri" w:hAnsi="Calibri" w:cs="Calibri" w:eastAsia="Calibri"/>
                <w:b w:val="0"/>
                <w:color w:val="667085"/>
                <w:sz w:val="15"/>
              </w:rPr>
              <w:t>Semnătura angajatului și data</w:t>
            </w:r>
          </w:p>
        </w:tc>
        <w:tc>
          <w:tcPr>
            <w:tcW w:type="dxa" w:w="1146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</w:tcPr>
          <w:p/>
        </w:tc>
        <w:tc>
          <w:tcPr>
            <w:tcW w:type="dxa" w:w="4586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  <w:vAlign w:val="center"/>
            <w:vAlign w:val="top"/>
          </w:tcPr>
          <w:p>
            <w:pPr>
              <w:jc w:val="left"/>
            </w:pPr>
            <w:r>
              <w:rPr>
                <w:rFonts w:ascii="Calibri" w:hAnsi="Calibri" w:cs="Calibri" w:eastAsia="Calibri"/>
                <w:b w:val="0"/>
                <w:color w:val="667085"/>
                <w:sz w:val="15"/>
              </w:rPr>
              <w:t>Semnătura angajatorului și data</w:t>
            </w:r>
          </w:p>
        </w:tc>
      </w:tr>
    </w:tbl>
    <w:p>
      <w:pPr>
        <w:spacing w:before="160" w:after="0"/>
      </w:pPr>
      <w:hyperlink r:id="rId9">
        <w:r>
          <w:rPr>
            <w:rFonts w:ascii="Calibri" w:hAnsi="Calibri" w:cs="Calibri" w:eastAsia="Calibri"/>
            <w:b w:val="0"/>
            <w:color w:val="98A2B3"/>
            <w:sz w:val="14"/>
          </w:rPr>
          <w:t>Model gratuit de la EasyHours · easyhours.ro — pontaj de pe telefon sau de pe o tabletă comună, fără hârtie.</w:t>
        </w:r>
      </w:hyperlink>
    </w:p>
    <w:sectPr w:rsidR="00FC693F" w:rsidRPr="0006063C" w:rsidSect="00034616">
      <w:pgSz w:w="11906" w:h="16838"/>
      <w:pgMar w:top="680" w:right="794" w:bottom="624" w:left="794" w:header="34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Calibri" w:hAnsi="Calibri" w:cs="Calibri" w:eastAsia="Calibri"/>
      <w:color w:val="1B2238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easyhours.ro/?utm_source=template&amp;utm_medium=docx&amp;utm_campaign=monthly-attendance-she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EasyHours</dc:creator>
  <cp:keywords>https://easyhours.ro/</cp:keywords>
  <dc:description>generated by python-docx</dc:description>
  <cp:lastModifiedBy>EasyHours</cp:lastModifiedBy>
  <cp:revision>1</cp:revision>
  <dcterms:created xsi:type="dcterms:W3CDTF">2013-12-23T23:15:00Z</dcterms:created>
  <dcterms:modified xsi:type="dcterms:W3CDTF">2013-12-23T23:15:00Z</dcterms:modified>
  <cp:category/>
</cp:coreProperties>
</file>